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BBA3E" w14:textId="77777777" w:rsidR="00C4058B" w:rsidRDefault="00CF09A4">
      <w:pPr>
        <w:jc w:val="right"/>
      </w:pPr>
      <w:r>
        <w:t xml:space="preserve">  </w:t>
      </w:r>
      <w:r>
        <w:rPr>
          <w:noProof/>
        </w:rPr>
        <w:drawing>
          <wp:inline distT="0" distB="0" distL="0" distR="0" wp14:anchorId="13528D73" wp14:editId="61093DAE">
            <wp:extent cx="1028700" cy="679150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euzbund_Logo_RGB_facebook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6582" cy="684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4BAF0" w14:textId="77777777" w:rsidR="00C4058B" w:rsidRDefault="00C4058B"/>
    <w:p w14:paraId="53343791" w14:textId="77777777" w:rsidR="00C4058B" w:rsidRDefault="00000000">
      <w:pPr>
        <w:rPr>
          <w:b/>
          <w:bCs/>
          <w:sz w:val="32"/>
          <w:szCs w:val="32"/>
        </w:rPr>
      </w:pPr>
      <w:r w:rsidRPr="00CF09A4">
        <w:rPr>
          <w:b/>
          <w:bCs/>
          <w:sz w:val="32"/>
          <w:szCs w:val="32"/>
        </w:rPr>
        <w:t xml:space="preserve">Kreuzbund e. V. – </w:t>
      </w:r>
      <w:proofErr w:type="spellStart"/>
      <w:r w:rsidRPr="00CF09A4">
        <w:rPr>
          <w:b/>
          <w:bCs/>
          <w:sz w:val="32"/>
          <w:szCs w:val="32"/>
        </w:rPr>
        <w:t>Selbsthilfe</w:t>
      </w:r>
      <w:proofErr w:type="spellEnd"/>
      <w:r w:rsidRPr="00CF09A4">
        <w:rPr>
          <w:b/>
          <w:bCs/>
          <w:sz w:val="32"/>
          <w:szCs w:val="32"/>
        </w:rPr>
        <w:t xml:space="preserve">- und </w:t>
      </w:r>
      <w:proofErr w:type="spellStart"/>
      <w:r w:rsidRPr="00CF09A4">
        <w:rPr>
          <w:b/>
          <w:bCs/>
          <w:sz w:val="32"/>
          <w:szCs w:val="32"/>
        </w:rPr>
        <w:t>Helfergemeinschaft</w:t>
      </w:r>
      <w:proofErr w:type="spellEnd"/>
    </w:p>
    <w:p w14:paraId="1544A03B" w14:textId="77777777" w:rsidR="00CF09A4" w:rsidRDefault="00CF09A4">
      <w:pPr>
        <w:rPr>
          <w:b/>
          <w:bCs/>
          <w:sz w:val="32"/>
          <w:szCs w:val="32"/>
        </w:rPr>
      </w:pPr>
    </w:p>
    <w:p w14:paraId="04C3A6CB" w14:textId="77777777" w:rsidR="00CF09A4" w:rsidRPr="00CF09A4" w:rsidRDefault="00CF09A4">
      <w:pPr>
        <w:rPr>
          <w:b/>
          <w:bCs/>
          <w:sz w:val="32"/>
          <w:szCs w:val="32"/>
        </w:rPr>
      </w:pPr>
    </w:p>
    <w:p w14:paraId="60E2656D" w14:textId="77777777" w:rsidR="00C4058B" w:rsidRPr="00132065" w:rsidRDefault="00000000">
      <w:pPr>
        <w:rPr>
          <w:b/>
          <w:bCs/>
          <w:sz w:val="24"/>
          <w:szCs w:val="24"/>
        </w:rPr>
      </w:pPr>
      <w:proofErr w:type="spellStart"/>
      <w:r w:rsidRPr="00132065">
        <w:rPr>
          <w:b/>
          <w:bCs/>
          <w:sz w:val="24"/>
          <w:szCs w:val="24"/>
        </w:rPr>
        <w:t>Adresse</w:t>
      </w:r>
      <w:proofErr w:type="spellEnd"/>
      <w:r w:rsidRPr="00132065">
        <w:rPr>
          <w:b/>
          <w:bCs/>
          <w:sz w:val="24"/>
          <w:szCs w:val="24"/>
        </w:rPr>
        <w:t xml:space="preserve"> der Gruppe:</w:t>
      </w:r>
    </w:p>
    <w:p w14:paraId="685A02D4" w14:textId="77777777" w:rsidR="000D6035" w:rsidRPr="00132065" w:rsidRDefault="00000000">
      <w:pPr>
        <w:rPr>
          <w:sz w:val="24"/>
          <w:szCs w:val="24"/>
        </w:rPr>
      </w:pPr>
      <w:r w:rsidRPr="00132065">
        <w:rPr>
          <w:sz w:val="24"/>
          <w:szCs w:val="24"/>
        </w:rPr>
        <w:t>Kreuzbund-Gruppenname: _____________________________</w:t>
      </w:r>
    </w:p>
    <w:p w14:paraId="602B5EFF" w14:textId="77777777" w:rsidR="00CF09A4" w:rsidRPr="00132065" w:rsidRDefault="00CF09A4">
      <w:pPr>
        <w:rPr>
          <w:sz w:val="24"/>
          <w:szCs w:val="24"/>
        </w:rPr>
      </w:pPr>
      <w:r w:rsidRPr="00132065">
        <w:rPr>
          <w:sz w:val="24"/>
          <w:szCs w:val="24"/>
        </w:rPr>
        <w:t>Straße / Hausnummer: _____________________________</w:t>
      </w:r>
    </w:p>
    <w:p w14:paraId="7AE8509F" w14:textId="77777777" w:rsidR="00C4058B" w:rsidRPr="00132065" w:rsidRDefault="00C4058B">
      <w:pPr>
        <w:rPr>
          <w:sz w:val="24"/>
          <w:szCs w:val="24"/>
        </w:rPr>
      </w:pPr>
      <w:r w:rsidRPr="00132065">
        <w:rPr>
          <w:sz w:val="24"/>
          <w:szCs w:val="24"/>
        </w:rPr>
        <w:t>PLZ: _____________________________</w:t>
      </w:r>
    </w:p>
    <w:p w14:paraId="3D69EADC" w14:textId="77777777" w:rsidR="00C4058B" w:rsidRPr="00132065" w:rsidRDefault="00C4058B">
      <w:pPr>
        <w:rPr>
          <w:sz w:val="24"/>
          <w:szCs w:val="24"/>
        </w:rPr>
      </w:pPr>
      <w:r w:rsidRPr="00132065">
        <w:rPr>
          <w:sz w:val="24"/>
          <w:szCs w:val="24"/>
        </w:rPr>
        <w:t>Ort: _____________________________</w:t>
      </w:r>
    </w:p>
    <w:p w14:paraId="2363C095" w14:textId="77777777" w:rsidR="00C4058B" w:rsidRPr="00132065" w:rsidRDefault="00000000">
      <w:pPr>
        <w:rPr>
          <w:sz w:val="24"/>
          <w:szCs w:val="24"/>
        </w:rPr>
      </w:pPr>
      <w:r w:rsidRPr="00132065">
        <w:rPr>
          <w:sz w:val="24"/>
          <w:szCs w:val="24"/>
        </w:rPr>
        <w:t>Datum: ____ / ____ / ______</w:t>
      </w:r>
    </w:p>
    <w:p w14:paraId="44DFD29E" w14:textId="77777777" w:rsidR="00C4058B" w:rsidRPr="00132065" w:rsidRDefault="00C4058B">
      <w:pPr>
        <w:rPr>
          <w:sz w:val="24"/>
          <w:szCs w:val="24"/>
        </w:rPr>
      </w:pPr>
    </w:p>
    <w:p w14:paraId="599FE3F8" w14:textId="77777777" w:rsidR="00C4058B" w:rsidRPr="00132065" w:rsidRDefault="00000000">
      <w:pPr>
        <w:rPr>
          <w:b/>
          <w:bCs/>
          <w:sz w:val="24"/>
          <w:szCs w:val="24"/>
        </w:rPr>
      </w:pPr>
      <w:r w:rsidRPr="00132065">
        <w:rPr>
          <w:b/>
          <w:bCs/>
          <w:sz w:val="24"/>
          <w:szCs w:val="24"/>
        </w:rPr>
        <w:t>Teilnahmebestätigung</w:t>
      </w:r>
    </w:p>
    <w:p w14:paraId="65F98280" w14:textId="77777777" w:rsidR="00C4058B" w:rsidRPr="00132065" w:rsidRDefault="00000000">
      <w:pPr>
        <w:rPr>
          <w:sz w:val="24"/>
          <w:szCs w:val="24"/>
        </w:rPr>
      </w:pPr>
      <w:r w:rsidRPr="00132065">
        <w:rPr>
          <w:sz w:val="24"/>
          <w:szCs w:val="24"/>
        </w:rPr>
        <w:t xml:space="preserve">Hiermit bestätigen wir, dass Herr/Frau ______________________ regelmäßig an den Treffen unserer Kreuzbund-Selbsthilfegruppe teilnimmt. Die </w:t>
      </w:r>
      <w:proofErr w:type="spellStart"/>
      <w:r w:rsidRPr="00132065">
        <w:rPr>
          <w:sz w:val="24"/>
          <w:szCs w:val="24"/>
        </w:rPr>
        <w:t>Anwesenheit</w:t>
      </w:r>
      <w:proofErr w:type="spellEnd"/>
      <w:r w:rsidRPr="00132065">
        <w:rPr>
          <w:sz w:val="24"/>
          <w:szCs w:val="24"/>
        </w:rPr>
        <w:t xml:space="preserve"> </w:t>
      </w:r>
      <w:proofErr w:type="spellStart"/>
      <w:r w:rsidRPr="00132065">
        <w:rPr>
          <w:sz w:val="24"/>
          <w:szCs w:val="24"/>
        </w:rPr>
        <w:t>wurde</w:t>
      </w:r>
      <w:proofErr w:type="spellEnd"/>
      <w:r w:rsidRPr="00132065">
        <w:rPr>
          <w:sz w:val="24"/>
          <w:szCs w:val="24"/>
        </w:rPr>
        <w:t xml:space="preserve"> </w:t>
      </w:r>
      <w:proofErr w:type="spellStart"/>
      <w:r w:rsidRPr="00132065">
        <w:rPr>
          <w:sz w:val="24"/>
          <w:szCs w:val="24"/>
        </w:rPr>
        <w:t>dokumentiert</w:t>
      </w:r>
      <w:proofErr w:type="spellEnd"/>
      <w:r w:rsidRPr="00132065">
        <w:rPr>
          <w:sz w:val="24"/>
          <w:szCs w:val="24"/>
        </w:rPr>
        <w:t xml:space="preserve"> und </w:t>
      </w:r>
      <w:proofErr w:type="spellStart"/>
      <w:r w:rsidRPr="00132065">
        <w:rPr>
          <w:sz w:val="24"/>
          <w:szCs w:val="24"/>
        </w:rPr>
        <w:t>liegt</w:t>
      </w:r>
      <w:proofErr w:type="spellEnd"/>
      <w:r w:rsidRPr="00132065">
        <w:rPr>
          <w:sz w:val="24"/>
          <w:szCs w:val="24"/>
        </w:rPr>
        <w:t xml:space="preserve"> </w:t>
      </w:r>
      <w:proofErr w:type="spellStart"/>
      <w:r w:rsidRPr="00132065">
        <w:rPr>
          <w:sz w:val="24"/>
          <w:szCs w:val="24"/>
        </w:rPr>
        <w:t>bei</w:t>
      </w:r>
      <w:proofErr w:type="spellEnd"/>
      <w:r w:rsidRPr="00132065">
        <w:rPr>
          <w:sz w:val="24"/>
          <w:szCs w:val="24"/>
        </w:rPr>
        <w:t>.</w:t>
      </w:r>
    </w:p>
    <w:p w14:paraId="3010476F" w14:textId="77777777" w:rsidR="00CF09A4" w:rsidRPr="00132065" w:rsidRDefault="00CF09A4">
      <w:pPr>
        <w:rPr>
          <w:sz w:val="24"/>
          <w:szCs w:val="24"/>
        </w:rPr>
      </w:pPr>
    </w:p>
    <w:p w14:paraId="7B914C7B" w14:textId="77777777" w:rsidR="00C4058B" w:rsidRPr="00132065" w:rsidRDefault="00C4058B">
      <w:pPr>
        <w:rPr>
          <w:sz w:val="24"/>
          <w:szCs w:val="24"/>
        </w:rPr>
      </w:pPr>
    </w:p>
    <w:p w14:paraId="102FFEC0" w14:textId="77777777" w:rsidR="00C4058B" w:rsidRPr="00132065" w:rsidRDefault="00000000">
      <w:pPr>
        <w:rPr>
          <w:sz w:val="24"/>
          <w:szCs w:val="24"/>
        </w:rPr>
      </w:pPr>
      <w:r w:rsidRPr="00132065">
        <w:rPr>
          <w:sz w:val="24"/>
          <w:szCs w:val="24"/>
        </w:rPr>
        <w:t>Mit freundlichen Grüßen</w:t>
      </w:r>
    </w:p>
    <w:p w14:paraId="1C4CCD2A" w14:textId="77777777" w:rsidR="00C4058B" w:rsidRPr="00132065" w:rsidRDefault="00000000">
      <w:pPr>
        <w:rPr>
          <w:sz w:val="24"/>
          <w:szCs w:val="24"/>
        </w:rPr>
      </w:pPr>
      <w:r w:rsidRPr="00132065">
        <w:rPr>
          <w:sz w:val="24"/>
          <w:szCs w:val="24"/>
        </w:rPr>
        <w:t>__________________________</w:t>
      </w:r>
    </w:p>
    <w:p w14:paraId="49678DB0" w14:textId="77777777" w:rsidR="00C4058B" w:rsidRPr="00132065" w:rsidRDefault="00000000">
      <w:pPr>
        <w:rPr>
          <w:sz w:val="24"/>
          <w:szCs w:val="24"/>
        </w:rPr>
      </w:pPr>
      <w:r w:rsidRPr="00132065">
        <w:rPr>
          <w:sz w:val="24"/>
          <w:szCs w:val="24"/>
        </w:rPr>
        <w:t xml:space="preserve">Name / Funktion </w:t>
      </w:r>
    </w:p>
    <w:p w14:paraId="24B37314" w14:textId="77777777" w:rsidR="00C4058B" w:rsidRDefault="00C4058B"/>
    <w:sectPr w:rsidR="00C4058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40237186">
    <w:abstractNumId w:val="8"/>
  </w:num>
  <w:num w:numId="2" w16cid:durableId="2094542445">
    <w:abstractNumId w:val="6"/>
  </w:num>
  <w:num w:numId="3" w16cid:durableId="1705516011">
    <w:abstractNumId w:val="5"/>
  </w:num>
  <w:num w:numId="4" w16cid:durableId="19010790">
    <w:abstractNumId w:val="4"/>
  </w:num>
  <w:num w:numId="5" w16cid:durableId="1887526460">
    <w:abstractNumId w:val="7"/>
  </w:num>
  <w:num w:numId="6" w16cid:durableId="1006328909">
    <w:abstractNumId w:val="3"/>
  </w:num>
  <w:num w:numId="7" w16cid:durableId="240722473">
    <w:abstractNumId w:val="2"/>
  </w:num>
  <w:num w:numId="8" w16cid:durableId="1266841893">
    <w:abstractNumId w:val="1"/>
  </w:num>
  <w:num w:numId="9" w16cid:durableId="1233926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6035"/>
    <w:rsid w:val="00132065"/>
    <w:rsid w:val="0015074B"/>
    <w:rsid w:val="00186326"/>
    <w:rsid w:val="0029639D"/>
    <w:rsid w:val="00326F90"/>
    <w:rsid w:val="004B7D66"/>
    <w:rsid w:val="00695820"/>
    <w:rsid w:val="00A44ED6"/>
    <w:rsid w:val="00AA1D8D"/>
    <w:rsid w:val="00B47730"/>
    <w:rsid w:val="00C4058B"/>
    <w:rsid w:val="00CB0664"/>
    <w:rsid w:val="00CF09A4"/>
    <w:rsid w:val="00D1256F"/>
    <w:rsid w:val="00D4369D"/>
    <w:rsid w:val="00D8375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A266DC"/>
  <w14:defaultImageDpi w14:val="300"/>
  <w15:docId w15:val="{30EE9925-884D-41B5-8E1D-A3D1D39E1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6D6D6D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6D6D6D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3D3D3D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3D3D3D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6D6D6D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6D6D6D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9E9E9E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2D2D2D" w:themeColor="text1" w:themeShade="BF"/>
    </w:rPr>
    <w:tblPr>
      <w:tblStyleRowBandSize w:val="1"/>
      <w:tblStyleColBandSize w:val="1"/>
      <w:tblBorders>
        <w:top w:val="single" w:sz="8" w:space="0" w:color="3D3D3D" w:themeColor="text1"/>
        <w:bottom w:val="single" w:sz="8" w:space="0" w:color="3D3D3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3D3D" w:themeColor="text1"/>
          <w:left w:val="nil"/>
          <w:bottom w:val="single" w:sz="8" w:space="0" w:color="3D3D3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3D3D" w:themeColor="text1"/>
          <w:left w:val="nil"/>
          <w:bottom w:val="single" w:sz="8" w:space="0" w:color="3D3D3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F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3D3D3D" w:themeColor="text1"/>
        <w:left w:val="single" w:sz="8" w:space="0" w:color="3D3D3D" w:themeColor="text1"/>
        <w:bottom w:val="single" w:sz="8" w:space="0" w:color="3D3D3D" w:themeColor="text1"/>
        <w:right w:val="single" w:sz="8" w:space="0" w:color="3D3D3D" w:themeColor="text1"/>
      </w:tblBorders>
    </w:tblPr>
    <w:tblStylePr w:type="firstRow">
      <w:pPr>
        <w:spacing w:before="0" w:after="0" w:line="240" w:lineRule="auto"/>
      </w:pPr>
      <w:rPr>
        <w:b/>
        <w:bCs/>
        <w:color w:val="FFFAEF" w:themeColor="background1"/>
      </w:rPr>
      <w:tblPr/>
      <w:tcPr>
        <w:shd w:val="clear" w:color="auto" w:fill="3D3D3D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D3D3D" w:themeColor="text1"/>
          <w:left w:val="single" w:sz="8" w:space="0" w:color="3D3D3D" w:themeColor="text1"/>
          <w:bottom w:val="single" w:sz="8" w:space="0" w:color="3D3D3D" w:themeColor="text1"/>
          <w:right w:val="single" w:sz="8" w:space="0" w:color="3D3D3D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D3D3D" w:themeColor="text1"/>
          <w:left w:val="single" w:sz="8" w:space="0" w:color="3D3D3D" w:themeColor="text1"/>
          <w:bottom w:val="single" w:sz="8" w:space="0" w:color="3D3D3D" w:themeColor="text1"/>
          <w:right w:val="single" w:sz="8" w:space="0" w:color="3D3D3D" w:themeColor="text1"/>
        </w:tcBorders>
      </w:tcPr>
    </w:tblStylePr>
    <w:tblStylePr w:type="band1Horz">
      <w:tblPr/>
      <w:tcPr>
        <w:tcBorders>
          <w:top w:val="single" w:sz="8" w:space="0" w:color="3D3D3D" w:themeColor="text1"/>
          <w:left w:val="single" w:sz="8" w:space="0" w:color="3D3D3D" w:themeColor="text1"/>
          <w:bottom w:val="single" w:sz="8" w:space="0" w:color="3D3D3D" w:themeColor="text1"/>
          <w:right w:val="single" w:sz="8" w:space="0" w:color="3D3D3D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AE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AE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AE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AE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AE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AE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D3D3D" w:themeColor="text1"/>
        <w:left w:val="single" w:sz="8" w:space="0" w:color="3D3D3D" w:themeColor="text1"/>
        <w:bottom w:val="single" w:sz="8" w:space="0" w:color="3D3D3D" w:themeColor="text1"/>
        <w:right w:val="single" w:sz="8" w:space="0" w:color="3D3D3D" w:themeColor="text1"/>
        <w:insideH w:val="single" w:sz="8" w:space="0" w:color="3D3D3D" w:themeColor="text1"/>
        <w:insideV w:val="single" w:sz="8" w:space="0" w:color="3D3D3D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3D3D" w:themeColor="text1"/>
          <w:left w:val="single" w:sz="8" w:space="0" w:color="3D3D3D" w:themeColor="text1"/>
          <w:bottom w:val="single" w:sz="18" w:space="0" w:color="3D3D3D" w:themeColor="text1"/>
          <w:right w:val="single" w:sz="8" w:space="0" w:color="3D3D3D" w:themeColor="text1"/>
          <w:insideH w:val="nil"/>
          <w:insideV w:val="single" w:sz="8" w:space="0" w:color="3D3D3D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D3D3D" w:themeColor="text1"/>
          <w:left w:val="single" w:sz="8" w:space="0" w:color="3D3D3D" w:themeColor="text1"/>
          <w:bottom w:val="single" w:sz="8" w:space="0" w:color="3D3D3D" w:themeColor="text1"/>
          <w:right w:val="single" w:sz="8" w:space="0" w:color="3D3D3D" w:themeColor="text1"/>
          <w:insideH w:val="nil"/>
          <w:insideV w:val="single" w:sz="8" w:space="0" w:color="3D3D3D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3D3D" w:themeColor="text1"/>
          <w:left w:val="single" w:sz="8" w:space="0" w:color="3D3D3D" w:themeColor="text1"/>
          <w:bottom w:val="single" w:sz="8" w:space="0" w:color="3D3D3D" w:themeColor="text1"/>
          <w:right w:val="single" w:sz="8" w:space="0" w:color="3D3D3D" w:themeColor="text1"/>
        </w:tcBorders>
      </w:tcPr>
    </w:tblStylePr>
    <w:tblStylePr w:type="band1Vert">
      <w:tblPr/>
      <w:tcPr>
        <w:tcBorders>
          <w:top w:val="single" w:sz="8" w:space="0" w:color="3D3D3D" w:themeColor="text1"/>
          <w:left w:val="single" w:sz="8" w:space="0" w:color="3D3D3D" w:themeColor="text1"/>
          <w:bottom w:val="single" w:sz="8" w:space="0" w:color="3D3D3D" w:themeColor="text1"/>
          <w:right w:val="single" w:sz="8" w:space="0" w:color="3D3D3D" w:themeColor="text1"/>
        </w:tcBorders>
        <w:shd w:val="clear" w:color="auto" w:fill="CFCFCF" w:themeFill="text1" w:themeFillTint="3F"/>
      </w:tcPr>
    </w:tblStylePr>
    <w:tblStylePr w:type="band1Horz">
      <w:tblPr/>
      <w:tcPr>
        <w:tcBorders>
          <w:top w:val="single" w:sz="8" w:space="0" w:color="3D3D3D" w:themeColor="text1"/>
          <w:left w:val="single" w:sz="8" w:space="0" w:color="3D3D3D" w:themeColor="text1"/>
          <w:bottom w:val="single" w:sz="8" w:space="0" w:color="3D3D3D" w:themeColor="text1"/>
          <w:right w:val="single" w:sz="8" w:space="0" w:color="3D3D3D" w:themeColor="text1"/>
          <w:insideV w:val="single" w:sz="8" w:space="0" w:color="3D3D3D" w:themeColor="text1"/>
        </w:tcBorders>
        <w:shd w:val="clear" w:color="auto" w:fill="CFCFCF" w:themeFill="text1" w:themeFillTint="3F"/>
      </w:tcPr>
    </w:tblStylePr>
    <w:tblStylePr w:type="band2Horz">
      <w:tblPr/>
      <w:tcPr>
        <w:tcBorders>
          <w:top w:val="single" w:sz="8" w:space="0" w:color="3D3D3D" w:themeColor="text1"/>
          <w:left w:val="single" w:sz="8" w:space="0" w:color="3D3D3D" w:themeColor="text1"/>
          <w:bottom w:val="single" w:sz="8" w:space="0" w:color="3D3D3D" w:themeColor="text1"/>
          <w:right w:val="single" w:sz="8" w:space="0" w:color="3D3D3D" w:themeColor="text1"/>
          <w:insideV w:val="single" w:sz="8" w:space="0" w:color="3D3D3D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6D6D6D" w:themeColor="text1" w:themeTint="BF"/>
        <w:left w:val="single" w:sz="8" w:space="0" w:color="6D6D6D" w:themeColor="text1" w:themeTint="BF"/>
        <w:bottom w:val="single" w:sz="8" w:space="0" w:color="6D6D6D" w:themeColor="text1" w:themeTint="BF"/>
        <w:right w:val="single" w:sz="8" w:space="0" w:color="6D6D6D" w:themeColor="text1" w:themeTint="BF"/>
        <w:insideH w:val="single" w:sz="8" w:space="0" w:color="6D6D6D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AEF" w:themeColor="background1"/>
      </w:rPr>
      <w:tblPr/>
      <w:tcPr>
        <w:tcBorders>
          <w:top w:val="single" w:sz="8" w:space="0" w:color="6D6D6D" w:themeColor="text1" w:themeTint="BF"/>
          <w:left w:val="single" w:sz="8" w:space="0" w:color="6D6D6D" w:themeColor="text1" w:themeTint="BF"/>
          <w:bottom w:val="single" w:sz="8" w:space="0" w:color="6D6D6D" w:themeColor="text1" w:themeTint="BF"/>
          <w:right w:val="single" w:sz="8" w:space="0" w:color="6D6D6D" w:themeColor="text1" w:themeTint="BF"/>
          <w:insideH w:val="nil"/>
          <w:insideV w:val="nil"/>
        </w:tcBorders>
        <w:shd w:val="clear" w:color="auto" w:fill="3D3D3D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6D" w:themeColor="text1" w:themeTint="BF"/>
          <w:left w:val="single" w:sz="8" w:space="0" w:color="6D6D6D" w:themeColor="text1" w:themeTint="BF"/>
          <w:bottom w:val="single" w:sz="8" w:space="0" w:color="6D6D6D" w:themeColor="text1" w:themeTint="BF"/>
          <w:right w:val="single" w:sz="8" w:space="0" w:color="6D6D6D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AE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AE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AE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AE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AE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AE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AE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D3D3D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firstCol">
      <w:rPr>
        <w:b/>
        <w:bCs/>
        <w:color w:val="FFFAE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D3D3D" w:themeFill="text1"/>
      </w:tcPr>
    </w:tblStylePr>
    <w:tblStylePr w:type="lastCol">
      <w:rPr>
        <w:b/>
        <w:bCs/>
        <w:color w:val="FFFAE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D3D3D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A3" w:themeFill="background1" w:themeFillShade="D8"/>
      </w:tcPr>
    </w:tblStylePr>
    <w:tblStylePr w:type="band1Horz">
      <w:tblPr/>
      <w:tcPr>
        <w:shd w:val="clear" w:color="auto" w:fill="FFE2A3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AE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AE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firstCol">
      <w:rPr>
        <w:b/>
        <w:bCs/>
        <w:color w:val="FFFAE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AE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A3" w:themeFill="background1" w:themeFillShade="D8"/>
      </w:tcPr>
    </w:tblStylePr>
    <w:tblStylePr w:type="band1Horz">
      <w:tblPr/>
      <w:tcPr>
        <w:shd w:val="clear" w:color="auto" w:fill="FFE2A3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AE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AE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firstCol">
      <w:rPr>
        <w:b/>
        <w:bCs/>
        <w:color w:val="FFFAE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AE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A3" w:themeFill="background1" w:themeFillShade="D8"/>
      </w:tcPr>
    </w:tblStylePr>
    <w:tblStylePr w:type="band1Horz">
      <w:tblPr/>
      <w:tcPr>
        <w:shd w:val="clear" w:color="auto" w:fill="FFE2A3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AE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AE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firstCol">
      <w:rPr>
        <w:b/>
        <w:bCs/>
        <w:color w:val="FFFAE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AE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A3" w:themeFill="background1" w:themeFillShade="D8"/>
      </w:tcPr>
    </w:tblStylePr>
    <w:tblStylePr w:type="band1Horz">
      <w:tblPr/>
      <w:tcPr>
        <w:shd w:val="clear" w:color="auto" w:fill="FFE2A3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AE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AE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firstCol">
      <w:rPr>
        <w:b/>
        <w:bCs/>
        <w:color w:val="FFFAE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AE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A3" w:themeFill="background1" w:themeFillShade="D8"/>
      </w:tcPr>
    </w:tblStylePr>
    <w:tblStylePr w:type="band1Horz">
      <w:tblPr/>
      <w:tcPr>
        <w:shd w:val="clear" w:color="auto" w:fill="FFE2A3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AE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AE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firstCol">
      <w:rPr>
        <w:b/>
        <w:bCs/>
        <w:color w:val="FFFAE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AE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A3" w:themeFill="background1" w:themeFillShade="D8"/>
      </w:tcPr>
    </w:tblStylePr>
    <w:tblStylePr w:type="band1Horz">
      <w:tblPr/>
      <w:tcPr>
        <w:shd w:val="clear" w:color="auto" w:fill="FFE2A3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AE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AE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firstCol">
      <w:rPr>
        <w:b/>
        <w:bCs/>
        <w:color w:val="FFFAE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AE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A3" w:themeFill="background1" w:themeFillShade="D8"/>
      </w:tcPr>
    </w:tblStylePr>
    <w:tblStylePr w:type="band1Horz">
      <w:tblPr/>
      <w:tcPr>
        <w:shd w:val="clear" w:color="auto" w:fill="FFE2A3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AE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3D3D3D" w:themeColor="text1"/>
    </w:rPr>
    <w:tblPr>
      <w:tblStyleRowBandSize w:val="1"/>
      <w:tblStyleColBandSize w:val="1"/>
      <w:tblBorders>
        <w:top w:val="single" w:sz="8" w:space="0" w:color="3D3D3D" w:themeColor="text1"/>
        <w:bottom w:val="single" w:sz="8" w:space="0" w:color="3D3D3D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D3D3D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3D3D3D" w:themeColor="text1"/>
          <w:bottom w:val="single" w:sz="8" w:space="0" w:color="3D3D3D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D3D3D" w:themeColor="text1"/>
          <w:bottom w:val="single" w:sz="8" w:space="0" w:color="3D3D3D" w:themeColor="text1"/>
        </w:tcBorders>
      </w:tcPr>
    </w:tblStylePr>
    <w:tblStylePr w:type="band1Vert">
      <w:tblPr/>
      <w:tcPr>
        <w:shd w:val="clear" w:color="auto" w:fill="CFCFCF" w:themeFill="text1" w:themeFillTint="3F"/>
      </w:tcPr>
    </w:tblStylePr>
    <w:tblStylePr w:type="band1Horz">
      <w:tblPr/>
      <w:tcPr>
        <w:shd w:val="clear" w:color="auto" w:fill="CFCFCF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3D3D3D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3D3D3D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3D3D3D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3D3D3D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3D3D3D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3D3D3D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D3D3D" w:themeColor="text1"/>
    </w:rPr>
    <w:tblPr>
      <w:tblStyleRowBandSize w:val="1"/>
      <w:tblStyleColBandSize w:val="1"/>
      <w:tblBorders>
        <w:top w:val="single" w:sz="8" w:space="0" w:color="3D3D3D" w:themeColor="text1"/>
        <w:left w:val="single" w:sz="8" w:space="0" w:color="3D3D3D" w:themeColor="text1"/>
        <w:bottom w:val="single" w:sz="8" w:space="0" w:color="3D3D3D" w:themeColor="text1"/>
        <w:right w:val="single" w:sz="8" w:space="0" w:color="3D3D3D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D3D3D" w:themeColor="text1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lastRow">
      <w:tblPr/>
      <w:tcPr>
        <w:tcBorders>
          <w:top w:val="single" w:sz="8" w:space="0" w:color="3D3D3D" w:themeColor="text1"/>
          <w:left w:val="nil"/>
          <w:bottom w:val="nil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D3D3D" w:themeColor="text1"/>
          <w:insideH w:val="nil"/>
          <w:insideV w:val="nil"/>
        </w:tcBorders>
        <w:shd w:val="clear" w:color="auto" w:fill="FFFAEF" w:themeFill="background1"/>
      </w:tcPr>
    </w:tblStylePr>
    <w:tblStylePr w:type="lastCol">
      <w:tblPr/>
      <w:tcPr>
        <w:tcBorders>
          <w:top w:val="nil"/>
          <w:left w:val="single" w:sz="8" w:space="0" w:color="3D3D3D" w:themeColor="text1"/>
          <w:bottom w:val="nil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F" w:themeFill="text1" w:themeFillTint="3F"/>
      </w:tcPr>
    </w:tblStylePr>
    <w:tblStylePr w:type="nwCell">
      <w:tblPr/>
      <w:tcPr>
        <w:shd w:val="clear" w:color="auto" w:fill="FFFAE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D3D3D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AE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AE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D3D3D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AE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AE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D3D3D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AE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AE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D3D3D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AE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AE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D3D3D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AE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AE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D3D3D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AE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AE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6D6D6D" w:themeColor="text1" w:themeTint="BF"/>
        <w:left w:val="single" w:sz="8" w:space="0" w:color="6D6D6D" w:themeColor="text1" w:themeTint="BF"/>
        <w:bottom w:val="single" w:sz="8" w:space="0" w:color="6D6D6D" w:themeColor="text1" w:themeTint="BF"/>
        <w:right w:val="single" w:sz="8" w:space="0" w:color="6D6D6D" w:themeColor="text1" w:themeTint="BF"/>
        <w:insideH w:val="single" w:sz="8" w:space="0" w:color="6D6D6D" w:themeColor="text1" w:themeTint="BF"/>
        <w:insideV w:val="single" w:sz="8" w:space="0" w:color="6D6D6D" w:themeColor="text1" w:themeTint="BF"/>
      </w:tblBorders>
    </w:tblPr>
    <w:tcPr>
      <w:shd w:val="clear" w:color="auto" w:fill="CFCFC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6D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E9E" w:themeFill="text1" w:themeFillTint="7F"/>
      </w:tcPr>
    </w:tblStylePr>
    <w:tblStylePr w:type="band1Horz">
      <w:tblPr/>
      <w:tcPr>
        <w:shd w:val="clear" w:color="auto" w:fill="9E9E9E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D3D3D" w:themeColor="text1"/>
    </w:rPr>
    <w:tblPr>
      <w:tblStyleRowBandSize w:val="1"/>
      <w:tblStyleColBandSize w:val="1"/>
      <w:tblBorders>
        <w:top w:val="single" w:sz="8" w:space="0" w:color="3D3D3D" w:themeColor="text1"/>
        <w:left w:val="single" w:sz="8" w:space="0" w:color="3D3D3D" w:themeColor="text1"/>
        <w:bottom w:val="single" w:sz="8" w:space="0" w:color="3D3D3D" w:themeColor="text1"/>
        <w:right w:val="single" w:sz="8" w:space="0" w:color="3D3D3D" w:themeColor="text1"/>
        <w:insideH w:val="single" w:sz="8" w:space="0" w:color="3D3D3D" w:themeColor="text1"/>
        <w:insideV w:val="single" w:sz="8" w:space="0" w:color="3D3D3D" w:themeColor="text1"/>
      </w:tblBorders>
    </w:tblPr>
    <w:tcPr>
      <w:shd w:val="clear" w:color="auto" w:fill="CFCFCF" w:themeFill="text1" w:themeFillTint="3F"/>
    </w:tcPr>
    <w:tblStylePr w:type="firstRow">
      <w:rPr>
        <w:b/>
        <w:bCs/>
        <w:color w:val="3D3D3D" w:themeColor="text1"/>
      </w:rPr>
      <w:tblPr/>
      <w:tcPr>
        <w:shd w:val="clear" w:color="auto" w:fill="EBEBEB" w:themeFill="text1" w:themeFillTint="19"/>
      </w:tcPr>
    </w:tblStylePr>
    <w:tblStylePr w:type="lastRow">
      <w:rPr>
        <w:b/>
        <w:bCs/>
        <w:color w:val="3D3D3D" w:themeColor="text1"/>
      </w:rPr>
      <w:tblPr/>
      <w:tcPr>
        <w:tcBorders>
          <w:top w:val="single" w:sz="12" w:space="0" w:color="3D3D3D" w:themeColor="text1"/>
          <w:left w:val="nil"/>
          <w:bottom w:val="nil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firstCol">
      <w:rPr>
        <w:b/>
        <w:bCs/>
        <w:color w:val="3D3D3D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lastCol">
      <w:rPr>
        <w:b w:val="0"/>
        <w:bCs w:val="0"/>
        <w:color w:val="3D3D3D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text1" w:themeFillTint="33"/>
      </w:tcPr>
    </w:tblStylePr>
    <w:tblStylePr w:type="band1Vert">
      <w:tblPr/>
      <w:tcPr>
        <w:shd w:val="clear" w:color="auto" w:fill="9E9E9E" w:themeFill="text1" w:themeFillTint="7F"/>
      </w:tcPr>
    </w:tblStylePr>
    <w:tblStylePr w:type="band1Horz">
      <w:tblPr/>
      <w:tcPr>
        <w:tcBorders>
          <w:insideH w:val="single" w:sz="6" w:space="0" w:color="3D3D3D" w:themeColor="text1"/>
          <w:insideV w:val="single" w:sz="6" w:space="0" w:color="3D3D3D" w:themeColor="text1"/>
        </w:tcBorders>
        <w:shd w:val="clear" w:color="auto" w:fill="9E9E9E" w:themeFill="text1" w:themeFillTint="7F"/>
      </w:tcPr>
    </w:tblStylePr>
    <w:tblStylePr w:type="nwCell">
      <w:tblPr/>
      <w:tcPr>
        <w:shd w:val="clear" w:color="auto" w:fill="FFFAE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D3D3D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3D3D3D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3D3D3D" w:themeColor="text1"/>
      </w:rPr>
      <w:tblPr/>
      <w:tcPr>
        <w:tcBorders>
          <w:top w:val="single" w:sz="12" w:space="0" w:color="3D3D3D" w:themeColor="text1"/>
          <w:left w:val="nil"/>
          <w:bottom w:val="nil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firstCol">
      <w:rPr>
        <w:b/>
        <w:bCs/>
        <w:color w:val="3D3D3D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lastCol">
      <w:rPr>
        <w:b w:val="0"/>
        <w:bCs w:val="0"/>
        <w:color w:val="3D3D3D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AE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D3D3D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3D3D3D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3D3D3D" w:themeColor="text1"/>
      </w:rPr>
      <w:tblPr/>
      <w:tcPr>
        <w:tcBorders>
          <w:top w:val="single" w:sz="12" w:space="0" w:color="3D3D3D" w:themeColor="text1"/>
          <w:left w:val="nil"/>
          <w:bottom w:val="nil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firstCol">
      <w:rPr>
        <w:b/>
        <w:bCs/>
        <w:color w:val="3D3D3D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lastCol">
      <w:rPr>
        <w:b w:val="0"/>
        <w:bCs w:val="0"/>
        <w:color w:val="3D3D3D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AE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D3D3D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3D3D3D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3D3D3D" w:themeColor="text1"/>
      </w:rPr>
      <w:tblPr/>
      <w:tcPr>
        <w:tcBorders>
          <w:top w:val="single" w:sz="12" w:space="0" w:color="3D3D3D" w:themeColor="text1"/>
          <w:left w:val="nil"/>
          <w:bottom w:val="nil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firstCol">
      <w:rPr>
        <w:b/>
        <w:bCs/>
        <w:color w:val="3D3D3D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lastCol">
      <w:rPr>
        <w:b w:val="0"/>
        <w:bCs w:val="0"/>
        <w:color w:val="3D3D3D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AE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D3D3D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3D3D3D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3D3D3D" w:themeColor="text1"/>
      </w:rPr>
      <w:tblPr/>
      <w:tcPr>
        <w:tcBorders>
          <w:top w:val="single" w:sz="12" w:space="0" w:color="3D3D3D" w:themeColor="text1"/>
          <w:left w:val="nil"/>
          <w:bottom w:val="nil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firstCol">
      <w:rPr>
        <w:b/>
        <w:bCs/>
        <w:color w:val="3D3D3D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lastCol">
      <w:rPr>
        <w:b w:val="0"/>
        <w:bCs w:val="0"/>
        <w:color w:val="3D3D3D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AE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D3D3D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3D3D3D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3D3D3D" w:themeColor="text1"/>
      </w:rPr>
      <w:tblPr/>
      <w:tcPr>
        <w:tcBorders>
          <w:top w:val="single" w:sz="12" w:space="0" w:color="3D3D3D" w:themeColor="text1"/>
          <w:left w:val="nil"/>
          <w:bottom w:val="nil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firstCol">
      <w:rPr>
        <w:b/>
        <w:bCs/>
        <w:color w:val="3D3D3D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lastCol">
      <w:rPr>
        <w:b w:val="0"/>
        <w:bCs w:val="0"/>
        <w:color w:val="3D3D3D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AE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D3D3D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3D3D3D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3D3D3D" w:themeColor="text1"/>
      </w:rPr>
      <w:tblPr/>
      <w:tcPr>
        <w:tcBorders>
          <w:top w:val="single" w:sz="12" w:space="0" w:color="3D3D3D" w:themeColor="text1"/>
          <w:left w:val="nil"/>
          <w:bottom w:val="nil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firstCol">
      <w:rPr>
        <w:b/>
        <w:bCs/>
        <w:color w:val="3D3D3D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lastCol">
      <w:rPr>
        <w:b w:val="0"/>
        <w:bCs w:val="0"/>
        <w:color w:val="3D3D3D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AE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AEF" w:themeColor="background1"/>
        <w:left w:val="single" w:sz="8" w:space="0" w:color="FFFAEF" w:themeColor="background1"/>
        <w:bottom w:val="single" w:sz="8" w:space="0" w:color="FFFAEF" w:themeColor="background1"/>
        <w:right w:val="single" w:sz="8" w:space="0" w:color="FFFAEF" w:themeColor="background1"/>
        <w:insideH w:val="single" w:sz="6" w:space="0" w:color="FFFAEF" w:themeColor="background1"/>
        <w:insideV w:val="single" w:sz="6" w:space="0" w:color="FFFAEF" w:themeColor="background1"/>
      </w:tblBorders>
    </w:tblPr>
    <w:tcPr>
      <w:shd w:val="clear" w:color="auto" w:fill="CFCFCF" w:themeFill="text1" w:themeFillTint="3F"/>
    </w:tcPr>
    <w:tblStylePr w:type="firstRow">
      <w:rPr>
        <w:b/>
        <w:bCs/>
        <w:i w:val="0"/>
        <w:iCs w:val="0"/>
        <w:color w:val="FFFAEF" w:themeColor="background1"/>
      </w:rPr>
      <w:tblPr/>
      <w:tcPr>
        <w:tcBorders>
          <w:top w:val="single" w:sz="8" w:space="0" w:color="FFFAEF" w:themeColor="background1"/>
          <w:left w:val="single" w:sz="8" w:space="0" w:color="FFFAEF" w:themeColor="background1"/>
          <w:bottom w:val="single" w:sz="24" w:space="0" w:color="FFFAEF" w:themeColor="background1"/>
          <w:right w:val="single" w:sz="8" w:space="0" w:color="FFFAEF" w:themeColor="background1"/>
          <w:insideH w:val="nil"/>
          <w:insideV w:val="single" w:sz="8" w:space="0" w:color="FFFAEF" w:themeColor="background1"/>
        </w:tcBorders>
        <w:shd w:val="clear" w:color="auto" w:fill="3D3D3D" w:themeFill="text1"/>
      </w:tcPr>
    </w:tblStylePr>
    <w:tblStylePr w:type="lastRow">
      <w:rPr>
        <w:b/>
        <w:bCs/>
        <w:i w:val="0"/>
        <w:iCs w:val="0"/>
        <w:color w:val="FFFAEF" w:themeColor="background1"/>
      </w:rPr>
      <w:tblPr/>
      <w:tcPr>
        <w:tcBorders>
          <w:top w:val="single" w:sz="24" w:space="0" w:color="FFFAEF" w:themeColor="background1"/>
          <w:left w:val="single" w:sz="8" w:space="0" w:color="FFFAEF" w:themeColor="background1"/>
          <w:bottom w:val="single" w:sz="8" w:space="0" w:color="FFFAEF" w:themeColor="background1"/>
          <w:right w:val="single" w:sz="8" w:space="0" w:color="FFFAEF" w:themeColor="background1"/>
          <w:insideH w:val="nil"/>
          <w:insideV w:val="single" w:sz="8" w:space="0" w:color="FFFAEF" w:themeColor="background1"/>
        </w:tcBorders>
        <w:shd w:val="clear" w:color="auto" w:fill="3D3D3D" w:themeFill="text1"/>
      </w:tcPr>
    </w:tblStylePr>
    <w:tblStylePr w:type="firstCol">
      <w:rPr>
        <w:b/>
        <w:bCs/>
        <w:i w:val="0"/>
        <w:iCs w:val="0"/>
        <w:color w:val="FFFAEF" w:themeColor="background1"/>
      </w:rPr>
      <w:tblPr/>
      <w:tcPr>
        <w:tcBorders>
          <w:left w:val="single" w:sz="8" w:space="0" w:color="FFFAEF" w:themeColor="background1"/>
          <w:right w:val="single" w:sz="24" w:space="0" w:color="FFFAEF" w:themeColor="background1"/>
          <w:insideH w:val="nil"/>
          <w:insideV w:val="nil"/>
        </w:tcBorders>
        <w:shd w:val="clear" w:color="auto" w:fill="3D3D3D" w:themeFill="text1"/>
      </w:tcPr>
    </w:tblStylePr>
    <w:tblStylePr w:type="lastCol">
      <w:rPr>
        <w:b/>
        <w:bCs/>
        <w:i w:val="0"/>
        <w:iCs w:val="0"/>
        <w:color w:val="FFFAEF" w:themeColor="background1"/>
      </w:rPr>
      <w:tblPr/>
      <w:tcPr>
        <w:tcBorders>
          <w:top w:val="nil"/>
          <w:left w:val="single" w:sz="24" w:space="0" w:color="FFFAEF" w:themeColor="background1"/>
          <w:bottom w:val="nil"/>
          <w:right w:val="nil"/>
          <w:insideH w:val="nil"/>
          <w:insideV w:val="nil"/>
        </w:tcBorders>
        <w:shd w:val="clear" w:color="auto" w:fill="3D3D3D" w:themeFill="text1"/>
      </w:tcPr>
    </w:tblStylePr>
    <w:tblStylePr w:type="band1Vert">
      <w:tblPr/>
      <w:tcPr>
        <w:tcBorders>
          <w:top w:val="single" w:sz="8" w:space="0" w:color="FFFAEF" w:themeColor="background1"/>
          <w:left w:val="single" w:sz="8" w:space="0" w:color="FFFAEF" w:themeColor="background1"/>
          <w:bottom w:val="single" w:sz="8" w:space="0" w:color="FFFAEF" w:themeColor="background1"/>
          <w:right w:val="single" w:sz="8" w:space="0" w:color="FFFAEF" w:themeColor="background1"/>
          <w:insideH w:val="nil"/>
          <w:insideV w:val="nil"/>
        </w:tcBorders>
        <w:shd w:val="clear" w:color="auto" w:fill="9E9E9E" w:themeFill="text1" w:themeFillTint="7F"/>
      </w:tcPr>
    </w:tblStylePr>
    <w:tblStylePr w:type="band1Horz">
      <w:tblPr/>
      <w:tcPr>
        <w:tcBorders>
          <w:top w:val="single" w:sz="8" w:space="0" w:color="FFFAEF" w:themeColor="background1"/>
          <w:left w:val="single" w:sz="8" w:space="0" w:color="FFFAEF" w:themeColor="background1"/>
          <w:bottom w:val="single" w:sz="8" w:space="0" w:color="FFFAEF" w:themeColor="background1"/>
          <w:right w:val="single" w:sz="8" w:space="0" w:color="FFFAEF" w:themeColor="background1"/>
          <w:insideH w:val="single" w:sz="8" w:space="0" w:color="FFFAEF" w:themeColor="background1"/>
          <w:insideV w:val="single" w:sz="8" w:space="0" w:color="FFFAEF" w:themeColor="background1"/>
        </w:tcBorders>
        <w:shd w:val="clear" w:color="auto" w:fill="9E9E9E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AEF" w:themeColor="background1"/>
        <w:left w:val="single" w:sz="8" w:space="0" w:color="FFFAEF" w:themeColor="background1"/>
        <w:bottom w:val="single" w:sz="8" w:space="0" w:color="FFFAEF" w:themeColor="background1"/>
        <w:right w:val="single" w:sz="8" w:space="0" w:color="FFFAEF" w:themeColor="background1"/>
        <w:insideH w:val="single" w:sz="6" w:space="0" w:color="FFFAEF" w:themeColor="background1"/>
        <w:insideV w:val="single" w:sz="6" w:space="0" w:color="FFFAE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AEF" w:themeColor="background1"/>
      </w:rPr>
      <w:tblPr/>
      <w:tcPr>
        <w:tcBorders>
          <w:top w:val="single" w:sz="8" w:space="0" w:color="FFFAEF" w:themeColor="background1"/>
          <w:left w:val="single" w:sz="8" w:space="0" w:color="FFFAEF" w:themeColor="background1"/>
          <w:bottom w:val="single" w:sz="24" w:space="0" w:color="FFFAEF" w:themeColor="background1"/>
          <w:right w:val="single" w:sz="8" w:space="0" w:color="FFFAEF" w:themeColor="background1"/>
          <w:insideH w:val="nil"/>
          <w:insideV w:val="single" w:sz="8" w:space="0" w:color="FFFAE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AEF" w:themeColor="background1"/>
      </w:rPr>
      <w:tblPr/>
      <w:tcPr>
        <w:tcBorders>
          <w:top w:val="single" w:sz="24" w:space="0" w:color="FFFAEF" w:themeColor="background1"/>
          <w:left w:val="single" w:sz="8" w:space="0" w:color="FFFAEF" w:themeColor="background1"/>
          <w:bottom w:val="single" w:sz="8" w:space="0" w:color="FFFAEF" w:themeColor="background1"/>
          <w:right w:val="single" w:sz="8" w:space="0" w:color="FFFAEF" w:themeColor="background1"/>
          <w:insideH w:val="nil"/>
          <w:insideV w:val="single" w:sz="8" w:space="0" w:color="FFFAE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AEF" w:themeColor="background1"/>
      </w:rPr>
      <w:tblPr/>
      <w:tcPr>
        <w:tcBorders>
          <w:left w:val="single" w:sz="8" w:space="0" w:color="FFFAEF" w:themeColor="background1"/>
          <w:right w:val="single" w:sz="24" w:space="0" w:color="FFFAE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AEF" w:themeColor="background1"/>
      </w:rPr>
      <w:tblPr/>
      <w:tcPr>
        <w:tcBorders>
          <w:top w:val="nil"/>
          <w:left w:val="single" w:sz="24" w:space="0" w:color="FFFAE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AEF" w:themeColor="background1"/>
          <w:left w:val="single" w:sz="8" w:space="0" w:color="FFFAEF" w:themeColor="background1"/>
          <w:bottom w:val="single" w:sz="8" w:space="0" w:color="FFFAEF" w:themeColor="background1"/>
          <w:right w:val="single" w:sz="8" w:space="0" w:color="FFFAE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AEF" w:themeColor="background1"/>
          <w:left w:val="single" w:sz="8" w:space="0" w:color="FFFAEF" w:themeColor="background1"/>
          <w:bottom w:val="single" w:sz="8" w:space="0" w:color="FFFAEF" w:themeColor="background1"/>
          <w:right w:val="single" w:sz="8" w:space="0" w:color="FFFAEF" w:themeColor="background1"/>
          <w:insideH w:val="single" w:sz="8" w:space="0" w:color="FFFAEF" w:themeColor="background1"/>
          <w:insideV w:val="single" w:sz="8" w:space="0" w:color="FFFAE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AEF" w:themeColor="background1"/>
        <w:left w:val="single" w:sz="8" w:space="0" w:color="FFFAEF" w:themeColor="background1"/>
        <w:bottom w:val="single" w:sz="8" w:space="0" w:color="FFFAEF" w:themeColor="background1"/>
        <w:right w:val="single" w:sz="8" w:space="0" w:color="FFFAEF" w:themeColor="background1"/>
        <w:insideH w:val="single" w:sz="6" w:space="0" w:color="FFFAEF" w:themeColor="background1"/>
        <w:insideV w:val="single" w:sz="6" w:space="0" w:color="FFFAE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AEF" w:themeColor="background1"/>
      </w:rPr>
      <w:tblPr/>
      <w:tcPr>
        <w:tcBorders>
          <w:top w:val="single" w:sz="8" w:space="0" w:color="FFFAEF" w:themeColor="background1"/>
          <w:left w:val="single" w:sz="8" w:space="0" w:color="FFFAEF" w:themeColor="background1"/>
          <w:bottom w:val="single" w:sz="24" w:space="0" w:color="FFFAEF" w:themeColor="background1"/>
          <w:right w:val="single" w:sz="8" w:space="0" w:color="FFFAEF" w:themeColor="background1"/>
          <w:insideH w:val="nil"/>
          <w:insideV w:val="single" w:sz="8" w:space="0" w:color="FFFAE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AEF" w:themeColor="background1"/>
      </w:rPr>
      <w:tblPr/>
      <w:tcPr>
        <w:tcBorders>
          <w:top w:val="single" w:sz="24" w:space="0" w:color="FFFAEF" w:themeColor="background1"/>
          <w:left w:val="single" w:sz="8" w:space="0" w:color="FFFAEF" w:themeColor="background1"/>
          <w:bottom w:val="single" w:sz="8" w:space="0" w:color="FFFAEF" w:themeColor="background1"/>
          <w:right w:val="single" w:sz="8" w:space="0" w:color="FFFAEF" w:themeColor="background1"/>
          <w:insideH w:val="nil"/>
          <w:insideV w:val="single" w:sz="8" w:space="0" w:color="FFFAE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AEF" w:themeColor="background1"/>
      </w:rPr>
      <w:tblPr/>
      <w:tcPr>
        <w:tcBorders>
          <w:left w:val="single" w:sz="8" w:space="0" w:color="FFFAEF" w:themeColor="background1"/>
          <w:right w:val="single" w:sz="24" w:space="0" w:color="FFFAE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AEF" w:themeColor="background1"/>
      </w:rPr>
      <w:tblPr/>
      <w:tcPr>
        <w:tcBorders>
          <w:top w:val="nil"/>
          <w:left w:val="single" w:sz="24" w:space="0" w:color="FFFAE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AEF" w:themeColor="background1"/>
          <w:left w:val="single" w:sz="8" w:space="0" w:color="FFFAEF" w:themeColor="background1"/>
          <w:bottom w:val="single" w:sz="8" w:space="0" w:color="FFFAEF" w:themeColor="background1"/>
          <w:right w:val="single" w:sz="8" w:space="0" w:color="FFFAE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AEF" w:themeColor="background1"/>
          <w:left w:val="single" w:sz="8" w:space="0" w:color="FFFAEF" w:themeColor="background1"/>
          <w:bottom w:val="single" w:sz="8" w:space="0" w:color="FFFAEF" w:themeColor="background1"/>
          <w:right w:val="single" w:sz="8" w:space="0" w:color="FFFAEF" w:themeColor="background1"/>
          <w:insideH w:val="single" w:sz="8" w:space="0" w:color="FFFAEF" w:themeColor="background1"/>
          <w:insideV w:val="single" w:sz="8" w:space="0" w:color="FFFAE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AEF" w:themeColor="background1"/>
        <w:left w:val="single" w:sz="8" w:space="0" w:color="FFFAEF" w:themeColor="background1"/>
        <w:bottom w:val="single" w:sz="8" w:space="0" w:color="FFFAEF" w:themeColor="background1"/>
        <w:right w:val="single" w:sz="8" w:space="0" w:color="FFFAEF" w:themeColor="background1"/>
        <w:insideH w:val="single" w:sz="6" w:space="0" w:color="FFFAEF" w:themeColor="background1"/>
        <w:insideV w:val="single" w:sz="6" w:space="0" w:color="FFFAE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AEF" w:themeColor="background1"/>
      </w:rPr>
      <w:tblPr/>
      <w:tcPr>
        <w:tcBorders>
          <w:top w:val="single" w:sz="8" w:space="0" w:color="FFFAEF" w:themeColor="background1"/>
          <w:left w:val="single" w:sz="8" w:space="0" w:color="FFFAEF" w:themeColor="background1"/>
          <w:bottom w:val="single" w:sz="24" w:space="0" w:color="FFFAEF" w:themeColor="background1"/>
          <w:right w:val="single" w:sz="8" w:space="0" w:color="FFFAEF" w:themeColor="background1"/>
          <w:insideH w:val="nil"/>
          <w:insideV w:val="single" w:sz="8" w:space="0" w:color="FFFAE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AEF" w:themeColor="background1"/>
      </w:rPr>
      <w:tblPr/>
      <w:tcPr>
        <w:tcBorders>
          <w:top w:val="single" w:sz="24" w:space="0" w:color="FFFAEF" w:themeColor="background1"/>
          <w:left w:val="single" w:sz="8" w:space="0" w:color="FFFAEF" w:themeColor="background1"/>
          <w:bottom w:val="single" w:sz="8" w:space="0" w:color="FFFAEF" w:themeColor="background1"/>
          <w:right w:val="single" w:sz="8" w:space="0" w:color="FFFAEF" w:themeColor="background1"/>
          <w:insideH w:val="nil"/>
          <w:insideV w:val="single" w:sz="8" w:space="0" w:color="FFFAE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AEF" w:themeColor="background1"/>
      </w:rPr>
      <w:tblPr/>
      <w:tcPr>
        <w:tcBorders>
          <w:left w:val="single" w:sz="8" w:space="0" w:color="FFFAEF" w:themeColor="background1"/>
          <w:right w:val="single" w:sz="24" w:space="0" w:color="FFFAE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AEF" w:themeColor="background1"/>
      </w:rPr>
      <w:tblPr/>
      <w:tcPr>
        <w:tcBorders>
          <w:top w:val="nil"/>
          <w:left w:val="single" w:sz="24" w:space="0" w:color="FFFAE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AEF" w:themeColor="background1"/>
          <w:left w:val="single" w:sz="8" w:space="0" w:color="FFFAEF" w:themeColor="background1"/>
          <w:bottom w:val="single" w:sz="8" w:space="0" w:color="FFFAEF" w:themeColor="background1"/>
          <w:right w:val="single" w:sz="8" w:space="0" w:color="FFFAE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AEF" w:themeColor="background1"/>
          <w:left w:val="single" w:sz="8" w:space="0" w:color="FFFAEF" w:themeColor="background1"/>
          <w:bottom w:val="single" w:sz="8" w:space="0" w:color="FFFAEF" w:themeColor="background1"/>
          <w:right w:val="single" w:sz="8" w:space="0" w:color="FFFAEF" w:themeColor="background1"/>
          <w:insideH w:val="single" w:sz="8" w:space="0" w:color="FFFAEF" w:themeColor="background1"/>
          <w:insideV w:val="single" w:sz="8" w:space="0" w:color="FFFAE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AEF" w:themeColor="background1"/>
        <w:left w:val="single" w:sz="8" w:space="0" w:color="FFFAEF" w:themeColor="background1"/>
        <w:bottom w:val="single" w:sz="8" w:space="0" w:color="FFFAEF" w:themeColor="background1"/>
        <w:right w:val="single" w:sz="8" w:space="0" w:color="FFFAEF" w:themeColor="background1"/>
        <w:insideH w:val="single" w:sz="6" w:space="0" w:color="FFFAEF" w:themeColor="background1"/>
        <w:insideV w:val="single" w:sz="6" w:space="0" w:color="FFFAE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AEF" w:themeColor="background1"/>
      </w:rPr>
      <w:tblPr/>
      <w:tcPr>
        <w:tcBorders>
          <w:top w:val="single" w:sz="8" w:space="0" w:color="FFFAEF" w:themeColor="background1"/>
          <w:left w:val="single" w:sz="8" w:space="0" w:color="FFFAEF" w:themeColor="background1"/>
          <w:bottom w:val="single" w:sz="24" w:space="0" w:color="FFFAEF" w:themeColor="background1"/>
          <w:right w:val="single" w:sz="8" w:space="0" w:color="FFFAEF" w:themeColor="background1"/>
          <w:insideH w:val="nil"/>
          <w:insideV w:val="single" w:sz="8" w:space="0" w:color="FFFAE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AEF" w:themeColor="background1"/>
      </w:rPr>
      <w:tblPr/>
      <w:tcPr>
        <w:tcBorders>
          <w:top w:val="single" w:sz="24" w:space="0" w:color="FFFAEF" w:themeColor="background1"/>
          <w:left w:val="single" w:sz="8" w:space="0" w:color="FFFAEF" w:themeColor="background1"/>
          <w:bottom w:val="single" w:sz="8" w:space="0" w:color="FFFAEF" w:themeColor="background1"/>
          <w:right w:val="single" w:sz="8" w:space="0" w:color="FFFAEF" w:themeColor="background1"/>
          <w:insideH w:val="nil"/>
          <w:insideV w:val="single" w:sz="8" w:space="0" w:color="FFFAE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AEF" w:themeColor="background1"/>
      </w:rPr>
      <w:tblPr/>
      <w:tcPr>
        <w:tcBorders>
          <w:left w:val="single" w:sz="8" w:space="0" w:color="FFFAEF" w:themeColor="background1"/>
          <w:right w:val="single" w:sz="24" w:space="0" w:color="FFFAE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AEF" w:themeColor="background1"/>
      </w:rPr>
      <w:tblPr/>
      <w:tcPr>
        <w:tcBorders>
          <w:top w:val="nil"/>
          <w:left w:val="single" w:sz="24" w:space="0" w:color="FFFAE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AEF" w:themeColor="background1"/>
          <w:left w:val="single" w:sz="8" w:space="0" w:color="FFFAEF" w:themeColor="background1"/>
          <w:bottom w:val="single" w:sz="8" w:space="0" w:color="FFFAEF" w:themeColor="background1"/>
          <w:right w:val="single" w:sz="8" w:space="0" w:color="FFFAE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AEF" w:themeColor="background1"/>
          <w:left w:val="single" w:sz="8" w:space="0" w:color="FFFAEF" w:themeColor="background1"/>
          <w:bottom w:val="single" w:sz="8" w:space="0" w:color="FFFAEF" w:themeColor="background1"/>
          <w:right w:val="single" w:sz="8" w:space="0" w:color="FFFAEF" w:themeColor="background1"/>
          <w:insideH w:val="single" w:sz="8" w:space="0" w:color="FFFAEF" w:themeColor="background1"/>
          <w:insideV w:val="single" w:sz="8" w:space="0" w:color="FFFAE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AEF" w:themeColor="background1"/>
        <w:left w:val="single" w:sz="8" w:space="0" w:color="FFFAEF" w:themeColor="background1"/>
        <w:bottom w:val="single" w:sz="8" w:space="0" w:color="FFFAEF" w:themeColor="background1"/>
        <w:right w:val="single" w:sz="8" w:space="0" w:color="FFFAEF" w:themeColor="background1"/>
        <w:insideH w:val="single" w:sz="6" w:space="0" w:color="FFFAEF" w:themeColor="background1"/>
        <w:insideV w:val="single" w:sz="6" w:space="0" w:color="FFFAE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AEF" w:themeColor="background1"/>
      </w:rPr>
      <w:tblPr/>
      <w:tcPr>
        <w:tcBorders>
          <w:top w:val="single" w:sz="8" w:space="0" w:color="FFFAEF" w:themeColor="background1"/>
          <w:left w:val="single" w:sz="8" w:space="0" w:color="FFFAEF" w:themeColor="background1"/>
          <w:bottom w:val="single" w:sz="24" w:space="0" w:color="FFFAEF" w:themeColor="background1"/>
          <w:right w:val="single" w:sz="8" w:space="0" w:color="FFFAEF" w:themeColor="background1"/>
          <w:insideH w:val="nil"/>
          <w:insideV w:val="single" w:sz="8" w:space="0" w:color="FFFAE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AEF" w:themeColor="background1"/>
      </w:rPr>
      <w:tblPr/>
      <w:tcPr>
        <w:tcBorders>
          <w:top w:val="single" w:sz="24" w:space="0" w:color="FFFAEF" w:themeColor="background1"/>
          <w:left w:val="single" w:sz="8" w:space="0" w:color="FFFAEF" w:themeColor="background1"/>
          <w:bottom w:val="single" w:sz="8" w:space="0" w:color="FFFAEF" w:themeColor="background1"/>
          <w:right w:val="single" w:sz="8" w:space="0" w:color="FFFAEF" w:themeColor="background1"/>
          <w:insideH w:val="nil"/>
          <w:insideV w:val="single" w:sz="8" w:space="0" w:color="FFFAE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AEF" w:themeColor="background1"/>
      </w:rPr>
      <w:tblPr/>
      <w:tcPr>
        <w:tcBorders>
          <w:left w:val="single" w:sz="8" w:space="0" w:color="FFFAEF" w:themeColor="background1"/>
          <w:right w:val="single" w:sz="24" w:space="0" w:color="FFFAE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AEF" w:themeColor="background1"/>
      </w:rPr>
      <w:tblPr/>
      <w:tcPr>
        <w:tcBorders>
          <w:top w:val="nil"/>
          <w:left w:val="single" w:sz="24" w:space="0" w:color="FFFAE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AEF" w:themeColor="background1"/>
          <w:left w:val="single" w:sz="8" w:space="0" w:color="FFFAEF" w:themeColor="background1"/>
          <w:bottom w:val="single" w:sz="8" w:space="0" w:color="FFFAEF" w:themeColor="background1"/>
          <w:right w:val="single" w:sz="8" w:space="0" w:color="FFFAE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AEF" w:themeColor="background1"/>
          <w:left w:val="single" w:sz="8" w:space="0" w:color="FFFAEF" w:themeColor="background1"/>
          <w:bottom w:val="single" w:sz="8" w:space="0" w:color="FFFAEF" w:themeColor="background1"/>
          <w:right w:val="single" w:sz="8" w:space="0" w:color="FFFAEF" w:themeColor="background1"/>
          <w:insideH w:val="single" w:sz="8" w:space="0" w:color="FFFAEF" w:themeColor="background1"/>
          <w:insideV w:val="single" w:sz="8" w:space="0" w:color="FFFAE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AEF" w:themeColor="background1"/>
        <w:left w:val="single" w:sz="8" w:space="0" w:color="FFFAEF" w:themeColor="background1"/>
        <w:bottom w:val="single" w:sz="8" w:space="0" w:color="FFFAEF" w:themeColor="background1"/>
        <w:right w:val="single" w:sz="8" w:space="0" w:color="FFFAEF" w:themeColor="background1"/>
        <w:insideH w:val="single" w:sz="6" w:space="0" w:color="FFFAEF" w:themeColor="background1"/>
        <w:insideV w:val="single" w:sz="6" w:space="0" w:color="FFFAE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AEF" w:themeColor="background1"/>
      </w:rPr>
      <w:tblPr/>
      <w:tcPr>
        <w:tcBorders>
          <w:top w:val="single" w:sz="8" w:space="0" w:color="FFFAEF" w:themeColor="background1"/>
          <w:left w:val="single" w:sz="8" w:space="0" w:color="FFFAEF" w:themeColor="background1"/>
          <w:bottom w:val="single" w:sz="24" w:space="0" w:color="FFFAEF" w:themeColor="background1"/>
          <w:right w:val="single" w:sz="8" w:space="0" w:color="FFFAEF" w:themeColor="background1"/>
          <w:insideH w:val="nil"/>
          <w:insideV w:val="single" w:sz="8" w:space="0" w:color="FFFAE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AEF" w:themeColor="background1"/>
      </w:rPr>
      <w:tblPr/>
      <w:tcPr>
        <w:tcBorders>
          <w:top w:val="single" w:sz="24" w:space="0" w:color="FFFAEF" w:themeColor="background1"/>
          <w:left w:val="single" w:sz="8" w:space="0" w:color="FFFAEF" w:themeColor="background1"/>
          <w:bottom w:val="single" w:sz="8" w:space="0" w:color="FFFAEF" w:themeColor="background1"/>
          <w:right w:val="single" w:sz="8" w:space="0" w:color="FFFAEF" w:themeColor="background1"/>
          <w:insideH w:val="nil"/>
          <w:insideV w:val="single" w:sz="8" w:space="0" w:color="FFFAE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AEF" w:themeColor="background1"/>
      </w:rPr>
      <w:tblPr/>
      <w:tcPr>
        <w:tcBorders>
          <w:left w:val="single" w:sz="8" w:space="0" w:color="FFFAEF" w:themeColor="background1"/>
          <w:right w:val="single" w:sz="24" w:space="0" w:color="FFFAE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AEF" w:themeColor="background1"/>
      </w:rPr>
      <w:tblPr/>
      <w:tcPr>
        <w:tcBorders>
          <w:top w:val="nil"/>
          <w:left w:val="single" w:sz="24" w:space="0" w:color="FFFAE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AEF" w:themeColor="background1"/>
          <w:left w:val="single" w:sz="8" w:space="0" w:color="FFFAEF" w:themeColor="background1"/>
          <w:bottom w:val="single" w:sz="8" w:space="0" w:color="FFFAEF" w:themeColor="background1"/>
          <w:right w:val="single" w:sz="8" w:space="0" w:color="FFFAE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AEF" w:themeColor="background1"/>
          <w:left w:val="single" w:sz="8" w:space="0" w:color="FFFAEF" w:themeColor="background1"/>
          <w:bottom w:val="single" w:sz="8" w:space="0" w:color="FFFAEF" w:themeColor="background1"/>
          <w:right w:val="single" w:sz="8" w:space="0" w:color="FFFAEF" w:themeColor="background1"/>
          <w:insideH w:val="single" w:sz="8" w:space="0" w:color="FFFAEF" w:themeColor="background1"/>
          <w:insideV w:val="single" w:sz="8" w:space="0" w:color="FFFAE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AEF" w:themeColor="background1"/>
    </w:rPr>
    <w:tblPr>
      <w:tblStyleRowBandSize w:val="1"/>
      <w:tblStyleColBandSize w:val="1"/>
    </w:tblPr>
    <w:tcPr>
      <w:shd w:val="clear" w:color="auto" w:fill="3D3D3D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AEF" w:themeColor="background1"/>
          <w:right w:val="nil"/>
          <w:insideH w:val="nil"/>
          <w:insideV w:val="nil"/>
        </w:tcBorders>
        <w:shd w:val="clear" w:color="auto" w:fill="3D3D3D" w:themeFill="text1"/>
      </w:tcPr>
    </w:tblStylePr>
    <w:tblStylePr w:type="lastRow">
      <w:tblPr/>
      <w:tcPr>
        <w:tcBorders>
          <w:top w:val="single" w:sz="18" w:space="0" w:color="FFFAEF" w:themeColor="background1"/>
          <w:left w:val="nil"/>
          <w:bottom w:val="nil"/>
          <w:right w:val="nil"/>
          <w:insideH w:val="nil"/>
          <w:insideV w:val="nil"/>
        </w:tcBorders>
        <w:shd w:val="clear" w:color="auto" w:fill="1E1E1E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AEF" w:themeColor="background1"/>
          <w:insideH w:val="nil"/>
          <w:insideV w:val="nil"/>
        </w:tcBorders>
        <w:shd w:val="clear" w:color="auto" w:fill="2D2D2D" w:themeFill="text1" w:themeFillShade="BF"/>
      </w:tcPr>
    </w:tblStylePr>
    <w:tblStylePr w:type="lastCol">
      <w:tblPr/>
      <w:tcPr>
        <w:tcBorders>
          <w:top w:val="nil"/>
          <w:left w:val="single" w:sz="18" w:space="0" w:color="FFFAEF" w:themeColor="background1"/>
          <w:bottom w:val="nil"/>
          <w:right w:val="nil"/>
          <w:insideH w:val="nil"/>
          <w:insideV w:val="nil"/>
        </w:tcBorders>
        <w:shd w:val="clear" w:color="auto" w:fill="2D2D2D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D2D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D2D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AE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AEF" w:themeColor="background1"/>
          <w:right w:val="nil"/>
          <w:insideH w:val="nil"/>
          <w:insideV w:val="nil"/>
        </w:tcBorders>
        <w:shd w:val="clear" w:color="auto" w:fill="3D3D3D" w:themeFill="text1"/>
      </w:tcPr>
    </w:tblStylePr>
    <w:tblStylePr w:type="lastRow">
      <w:tblPr/>
      <w:tcPr>
        <w:tcBorders>
          <w:top w:val="single" w:sz="18" w:space="0" w:color="FFFAE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AE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AE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AE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AEF" w:themeColor="background1"/>
          <w:right w:val="nil"/>
          <w:insideH w:val="nil"/>
          <w:insideV w:val="nil"/>
        </w:tcBorders>
        <w:shd w:val="clear" w:color="auto" w:fill="3D3D3D" w:themeFill="text1"/>
      </w:tcPr>
    </w:tblStylePr>
    <w:tblStylePr w:type="lastRow">
      <w:tblPr/>
      <w:tcPr>
        <w:tcBorders>
          <w:top w:val="single" w:sz="18" w:space="0" w:color="FFFAE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AE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AE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AE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AEF" w:themeColor="background1"/>
          <w:right w:val="nil"/>
          <w:insideH w:val="nil"/>
          <w:insideV w:val="nil"/>
        </w:tcBorders>
        <w:shd w:val="clear" w:color="auto" w:fill="3D3D3D" w:themeFill="text1"/>
      </w:tcPr>
    </w:tblStylePr>
    <w:tblStylePr w:type="lastRow">
      <w:tblPr/>
      <w:tcPr>
        <w:tcBorders>
          <w:top w:val="single" w:sz="18" w:space="0" w:color="FFFAE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AE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AE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AE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AEF" w:themeColor="background1"/>
          <w:right w:val="nil"/>
          <w:insideH w:val="nil"/>
          <w:insideV w:val="nil"/>
        </w:tcBorders>
        <w:shd w:val="clear" w:color="auto" w:fill="3D3D3D" w:themeFill="text1"/>
      </w:tcPr>
    </w:tblStylePr>
    <w:tblStylePr w:type="lastRow">
      <w:tblPr/>
      <w:tcPr>
        <w:tcBorders>
          <w:top w:val="single" w:sz="18" w:space="0" w:color="FFFAE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AE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AE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AE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AEF" w:themeColor="background1"/>
          <w:right w:val="nil"/>
          <w:insideH w:val="nil"/>
          <w:insideV w:val="nil"/>
        </w:tcBorders>
        <w:shd w:val="clear" w:color="auto" w:fill="3D3D3D" w:themeFill="text1"/>
      </w:tcPr>
    </w:tblStylePr>
    <w:tblStylePr w:type="lastRow">
      <w:tblPr/>
      <w:tcPr>
        <w:tcBorders>
          <w:top w:val="single" w:sz="18" w:space="0" w:color="FFFAE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AE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AE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AE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AEF" w:themeColor="background1"/>
          <w:right w:val="nil"/>
          <w:insideH w:val="nil"/>
          <w:insideV w:val="nil"/>
        </w:tcBorders>
        <w:shd w:val="clear" w:color="auto" w:fill="3D3D3D" w:themeFill="text1"/>
      </w:tcPr>
    </w:tblStylePr>
    <w:tblStylePr w:type="lastRow">
      <w:tblPr/>
      <w:tcPr>
        <w:tcBorders>
          <w:top w:val="single" w:sz="18" w:space="0" w:color="FFFAE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AE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AE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3D3D3D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3D3D3D" w:themeColor="text1"/>
        <w:bottom w:val="single" w:sz="4" w:space="0" w:color="3D3D3D" w:themeColor="text1"/>
        <w:right w:val="single" w:sz="4" w:space="0" w:color="3D3D3D" w:themeColor="text1"/>
        <w:insideH w:val="single" w:sz="4" w:space="0" w:color="FFFAEF" w:themeColor="background1"/>
        <w:insideV w:val="single" w:sz="4" w:space="0" w:color="FFFAEF" w:themeColor="background1"/>
      </w:tblBorders>
    </w:tblPr>
    <w:tcPr>
      <w:shd w:val="clear" w:color="auto" w:fill="EBEB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lastRow">
      <w:rPr>
        <w:b/>
        <w:bCs/>
        <w:color w:val="FFFAEF" w:themeColor="background1"/>
      </w:rPr>
      <w:tblPr/>
      <w:tcPr>
        <w:tcBorders>
          <w:top w:val="single" w:sz="6" w:space="0" w:color="FFFAEF" w:themeColor="background1"/>
        </w:tcBorders>
        <w:shd w:val="clear" w:color="auto" w:fill="242424" w:themeFill="text1" w:themeFillShade="99"/>
      </w:tcPr>
    </w:tblStylePr>
    <w:tblStylePr w:type="firstCol">
      <w:rPr>
        <w:color w:val="FFFAE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2424" w:themeColor="text1" w:themeShade="99"/>
          <w:insideV w:val="nil"/>
        </w:tcBorders>
        <w:shd w:val="clear" w:color="auto" w:fill="242424" w:themeFill="text1" w:themeFillShade="99"/>
      </w:tcPr>
    </w:tblStylePr>
    <w:tblStylePr w:type="lastCol">
      <w:rPr>
        <w:color w:val="FFFAE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D2D" w:themeFill="text1" w:themeFillShade="BF"/>
      </w:tcPr>
    </w:tblStylePr>
    <w:tblStylePr w:type="band1Vert">
      <w:tblPr/>
      <w:tcPr>
        <w:shd w:val="clear" w:color="auto" w:fill="B1B1B1" w:themeFill="text1" w:themeFillTint="66"/>
      </w:tcPr>
    </w:tblStylePr>
    <w:tblStylePr w:type="band1Horz">
      <w:tblPr/>
      <w:tcPr>
        <w:shd w:val="clear" w:color="auto" w:fill="9E9E9E" w:themeFill="text1" w:themeFillTint="7F"/>
      </w:tcPr>
    </w:tblStylePr>
    <w:tblStylePr w:type="neCell">
      <w:rPr>
        <w:color w:val="3D3D3D" w:themeColor="text1"/>
      </w:rPr>
    </w:tblStylePr>
    <w:tblStylePr w:type="nwCell">
      <w:rPr>
        <w:color w:val="3D3D3D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3D3D3D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AEF" w:themeColor="background1"/>
        <w:insideV w:val="single" w:sz="4" w:space="0" w:color="FFFAE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lastRow">
      <w:rPr>
        <w:b/>
        <w:bCs/>
        <w:color w:val="FFFAEF" w:themeColor="background1"/>
      </w:rPr>
      <w:tblPr/>
      <w:tcPr>
        <w:tcBorders>
          <w:top w:val="single" w:sz="6" w:space="0" w:color="FFFAEF" w:themeColor="background1"/>
        </w:tcBorders>
        <w:shd w:val="clear" w:color="auto" w:fill="2C4C74" w:themeFill="accent1" w:themeFillShade="99"/>
      </w:tcPr>
    </w:tblStylePr>
    <w:tblStylePr w:type="firstCol">
      <w:rPr>
        <w:color w:val="FFFAE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AE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3D3D3D" w:themeColor="text1"/>
      </w:rPr>
    </w:tblStylePr>
    <w:tblStylePr w:type="nwCell">
      <w:rPr>
        <w:color w:val="3D3D3D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3D3D3D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AEF" w:themeColor="background1"/>
        <w:insideV w:val="single" w:sz="4" w:space="0" w:color="FFFAE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lastRow">
      <w:rPr>
        <w:b/>
        <w:bCs/>
        <w:color w:val="FFFAEF" w:themeColor="background1"/>
      </w:rPr>
      <w:tblPr/>
      <w:tcPr>
        <w:tcBorders>
          <w:top w:val="single" w:sz="6" w:space="0" w:color="FFFAEF" w:themeColor="background1"/>
        </w:tcBorders>
        <w:shd w:val="clear" w:color="auto" w:fill="772C2A" w:themeFill="accent2" w:themeFillShade="99"/>
      </w:tcPr>
    </w:tblStylePr>
    <w:tblStylePr w:type="firstCol">
      <w:rPr>
        <w:color w:val="FFFAE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AE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3D3D3D" w:themeColor="text1"/>
      </w:rPr>
    </w:tblStylePr>
    <w:tblStylePr w:type="nwCell">
      <w:rPr>
        <w:color w:val="3D3D3D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3D3D3D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AEF" w:themeColor="background1"/>
        <w:insideV w:val="single" w:sz="4" w:space="0" w:color="FFFAE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lastRow">
      <w:rPr>
        <w:b/>
        <w:bCs/>
        <w:color w:val="FFFAEF" w:themeColor="background1"/>
      </w:rPr>
      <w:tblPr/>
      <w:tcPr>
        <w:tcBorders>
          <w:top w:val="single" w:sz="6" w:space="0" w:color="FFFAEF" w:themeColor="background1"/>
        </w:tcBorders>
        <w:shd w:val="clear" w:color="auto" w:fill="5E7530" w:themeFill="accent3" w:themeFillShade="99"/>
      </w:tcPr>
    </w:tblStylePr>
    <w:tblStylePr w:type="firstCol">
      <w:rPr>
        <w:color w:val="FFFAE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AE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3D3D3D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AEF" w:themeColor="background1"/>
        <w:insideV w:val="single" w:sz="4" w:space="0" w:color="FFFAE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lastRow">
      <w:rPr>
        <w:b/>
        <w:bCs/>
        <w:color w:val="FFFAEF" w:themeColor="background1"/>
      </w:rPr>
      <w:tblPr/>
      <w:tcPr>
        <w:tcBorders>
          <w:top w:val="single" w:sz="6" w:space="0" w:color="FFFAEF" w:themeColor="background1"/>
        </w:tcBorders>
        <w:shd w:val="clear" w:color="auto" w:fill="4C3B62" w:themeFill="accent4" w:themeFillShade="99"/>
      </w:tcPr>
    </w:tblStylePr>
    <w:tblStylePr w:type="firstCol">
      <w:rPr>
        <w:color w:val="FFFAE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AE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3D3D3D" w:themeColor="text1"/>
      </w:rPr>
    </w:tblStylePr>
    <w:tblStylePr w:type="nwCell">
      <w:rPr>
        <w:color w:val="3D3D3D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3D3D3D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AEF" w:themeColor="background1"/>
        <w:insideV w:val="single" w:sz="4" w:space="0" w:color="FFFAE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lastRow">
      <w:rPr>
        <w:b/>
        <w:bCs/>
        <w:color w:val="FFFAEF" w:themeColor="background1"/>
      </w:rPr>
      <w:tblPr/>
      <w:tcPr>
        <w:tcBorders>
          <w:top w:val="single" w:sz="6" w:space="0" w:color="FFFAEF" w:themeColor="background1"/>
        </w:tcBorders>
        <w:shd w:val="clear" w:color="auto" w:fill="276A7C" w:themeFill="accent5" w:themeFillShade="99"/>
      </w:tcPr>
    </w:tblStylePr>
    <w:tblStylePr w:type="firstCol">
      <w:rPr>
        <w:color w:val="FFFAE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AE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3D3D3D" w:themeColor="text1"/>
      </w:rPr>
    </w:tblStylePr>
    <w:tblStylePr w:type="nwCell">
      <w:rPr>
        <w:color w:val="3D3D3D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3D3D3D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AEF" w:themeColor="background1"/>
        <w:insideV w:val="single" w:sz="4" w:space="0" w:color="FFFAE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AEF" w:themeFill="background1"/>
      </w:tcPr>
    </w:tblStylePr>
    <w:tblStylePr w:type="lastRow">
      <w:rPr>
        <w:b/>
        <w:bCs/>
        <w:color w:val="FFFAEF" w:themeColor="background1"/>
      </w:rPr>
      <w:tblPr/>
      <w:tcPr>
        <w:tcBorders>
          <w:top w:val="single" w:sz="6" w:space="0" w:color="FFFAEF" w:themeColor="background1"/>
        </w:tcBorders>
        <w:shd w:val="clear" w:color="auto" w:fill="B65608" w:themeFill="accent6" w:themeFillShade="99"/>
      </w:tcPr>
    </w:tblStylePr>
    <w:tblStylePr w:type="firstCol">
      <w:rPr>
        <w:color w:val="FFFAE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AE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3D3D3D" w:themeColor="text1"/>
      </w:rPr>
    </w:tblStylePr>
    <w:tblStylePr w:type="nwCell">
      <w:rPr>
        <w:color w:val="3D3D3D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3D3D3D" w:themeColor="text1"/>
    </w:rPr>
    <w:tblPr>
      <w:tblStyleRowBandSize w:val="1"/>
      <w:tblStyleColBandSize w:val="1"/>
    </w:tblPr>
    <w:tcPr>
      <w:shd w:val="clear" w:color="auto" w:fill="EBEBEB" w:themeFill="text1" w:themeFillTint="19"/>
    </w:tcPr>
    <w:tblStylePr w:type="firstRow">
      <w:rPr>
        <w:b/>
        <w:bCs/>
        <w:color w:val="FFFAEF" w:themeColor="background1"/>
      </w:rPr>
      <w:tblPr/>
      <w:tcPr>
        <w:tcBorders>
          <w:bottom w:val="single" w:sz="12" w:space="0" w:color="FFFAE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3D3D3D" w:themeColor="text1"/>
        </w:tcBorders>
        <w:shd w:val="clear" w:color="auto" w:fill="FFFAE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F" w:themeFill="text1" w:themeFillTint="3F"/>
      </w:tcPr>
    </w:tblStylePr>
    <w:tblStylePr w:type="band1Horz">
      <w:tblPr/>
      <w:tcPr>
        <w:shd w:val="clear" w:color="auto" w:fill="D8D8D8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3D3D3D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AEF" w:themeColor="background1"/>
      </w:rPr>
      <w:tblPr/>
      <w:tcPr>
        <w:tcBorders>
          <w:bottom w:val="single" w:sz="12" w:space="0" w:color="FFFAE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3D3D3D" w:themeColor="text1"/>
        </w:tcBorders>
        <w:shd w:val="clear" w:color="auto" w:fill="FFFAE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3D3D3D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AEF" w:themeColor="background1"/>
      </w:rPr>
      <w:tblPr/>
      <w:tcPr>
        <w:tcBorders>
          <w:bottom w:val="single" w:sz="12" w:space="0" w:color="FFFAE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3D3D3D" w:themeColor="text1"/>
        </w:tcBorders>
        <w:shd w:val="clear" w:color="auto" w:fill="FFFAE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3D3D3D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AEF" w:themeColor="background1"/>
      </w:rPr>
      <w:tblPr/>
      <w:tcPr>
        <w:tcBorders>
          <w:bottom w:val="single" w:sz="12" w:space="0" w:color="FFFAE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3D3D3D" w:themeColor="text1"/>
        </w:tcBorders>
        <w:shd w:val="clear" w:color="auto" w:fill="FFFAE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3D3D3D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AEF" w:themeColor="background1"/>
      </w:rPr>
      <w:tblPr/>
      <w:tcPr>
        <w:tcBorders>
          <w:bottom w:val="single" w:sz="12" w:space="0" w:color="FFFAE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3D3D3D" w:themeColor="text1"/>
        </w:tcBorders>
        <w:shd w:val="clear" w:color="auto" w:fill="FFFAE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3D3D3D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AEF" w:themeColor="background1"/>
      </w:rPr>
      <w:tblPr/>
      <w:tcPr>
        <w:tcBorders>
          <w:bottom w:val="single" w:sz="12" w:space="0" w:color="FFFAE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3D3D3D" w:themeColor="text1"/>
        </w:tcBorders>
        <w:shd w:val="clear" w:color="auto" w:fill="FFFAE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3D3D3D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AEF" w:themeColor="background1"/>
      </w:rPr>
      <w:tblPr/>
      <w:tcPr>
        <w:tcBorders>
          <w:bottom w:val="single" w:sz="12" w:space="0" w:color="FFFAE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3D3D3D" w:themeColor="text1"/>
        </w:tcBorders>
        <w:shd w:val="clear" w:color="auto" w:fill="FFFAE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3D3D3D" w:themeColor="text1"/>
    </w:rPr>
    <w:tblPr>
      <w:tblStyleRowBandSize w:val="1"/>
      <w:tblStyleColBandSize w:val="1"/>
      <w:tblBorders>
        <w:insideH w:val="single" w:sz="4" w:space="0" w:color="FFFAEF" w:themeColor="background1"/>
      </w:tblBorders>
    </w:tblPr>
    <w:tcPr>
      <w:shd w:val="clear" w:color="auto" w:fill="D8D8D8" w:themeFill="text1" w:themeFillTint="33"/>
    </w:tcPr>
    <w:tblStylePr w:type="firstRow">
      <w:rPr>
        <w:b/>
        <w:bCs/>
      </w:rPr>
      <w:tblPr/>
      <w:tcPr>
        <w:shd w:val="clear" w:color="auto" w:fill="B1B1B1" w:themeFill="text1" w:themeFillTint="66"/>
      </w:tcPr>
    </w:tblStylePr>
    <w:tblStylePr w:type="lastRow">
      <w:rPr>
        <w:b/>
        <w:bCs/>
        <w:color w:val="3D3D3D" w:themeColor="text1"/>
      </w:rPr>
      <w:tblPr/>
      <w:tcPr>
        <w:shd w:val="clear" w:color="auto" w:fill="B1B1B1" w:themeFill="text1" w:themeFillTint="66"/>
      </w:tcPr>
    </w:tblStylePr>
    <w:tblStylePr w:type="firstCol">
      <w:rPr>
        <w:color w:val="FFFAEF" w:themeColor="background1"/>
      </w:rPr>
      <w:tblPr/>
      <w:tcPr>
        <w:shd w:val="clear" w:color="auto" w:fill="2D2D2D" w:themeFill="text1" w:themeFillShade="BF"/>
      </w:tcPr>
    </w:tblStylePr>
    <w:tblStylePr w:type="lastCol">
      <w:rPr>
        <w:color w:val="FFFAEF" w:themeColor="background1"/>
      </w:rPr>
      <w:tblPr/>
      <w:tcPr>
        <w:shd w:val="clear" w:color="auto" w:fill="2D2D2D" w:themeFill="text1" w:themeFillShade="BF"/>
      </w:tcPr>
    </w:tblStylePr>
    <w:tblStylePr w:type="band1Vert">
      <w:tblPr/>
      <w:tcPr>
        <w:shd w:val="clear" w:color="auto" w:fill="9E9E9E" w:themeFill="text1" w:themeFillTint="7F"/>
      </w:tcPr>
    </w:tblStylePr>
    <w:tblStylePr w:type="band1Horz">
      <w:tblPr/>
      <w:tcPr>
        <w:shd w:val="clear" w:color="auto" w:fill="9E9E9E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3D3D3D" w:themeColor="text1"/>
    </w:rPr>
    <w:tblPr>
      <w:tblStyleRowBandSize w:val="1"/>
      <w:tblStyleColBandSize w:val="1"/>
      <w:tblBorders>
        <w:insideH w:val="single" w:sz="4" w:space="0" w:color="FFFAE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3D3D3D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AE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AE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3D3D3D" w:themeColor="text1"/>
    </w:rPr>
    <w:tblPr>
      <w:tblStyleRowBandSize w:val="1"/>
      <w:tblStyleColBandSize w:val="1"/>
      <w:tblBorders>
        <w:insideH w:val="single" w:sz="4" w:space="0" w:color="FFFAE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3D3D3D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AE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AE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3D3D3D" w:themeColor="text1"/>
    </w:rPr>
    <w:tblPr>
      <w:tblStyleRowBandSize w:val="1"/>
      <w:tblStyleColBandSize w:val="1"/>
      <w:tblBorders>
        <w:insideH w:val="single" w:sz="4" w:space="0" w:color="FFFAE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3D3D3D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AE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AE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3D3D3D" w:themeColor="text1"/>
    </w:rPr>
    <w:tblPr>
      <w:tblStyleRowBandSize w:val="1"/>
      <w:tblStyleColBandSize w:val="1"/>
      <w:tblBorders>
        <w:insideH w:val="single" w:sz="4" w:space="0" w:color="FFFAE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3D3D3D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AE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AE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3D3D3D" w:themeColor="text1"/>
    </w:rPr>
    <w:tblPr>
      <w:tblStyleRowBandSize w:val="1"/>
      <w:tblStyleColBandSize w:val="1"/>
      <w:tblBorders>
        <w:insideH w:val="single" w:sz="4" w:space="0" w:color="FFFAE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3D3D3D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AE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AE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3D3D3D" w:themeColor="text1"/>
    </w:rPr>
    <w:tblPr>
      <w:tblStyleRowBandSize w:val="1"/>
      <w:tblStyleColBandSize w:val="1"/>
      <w:tblBorders>
        <w:insideH w:val="single" w:sz="4" w:space="0" w:color="FFFAE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3D3D3D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AE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AE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3D3D3D"/>
      </a:dk1>
      <a:lt1>
        <a:sysClr val="window" lastClr="FFFAE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Wolfgang Frohs</cp:lastModifiedBy>
  <cp:revision>2</cp:revision>
  <dcterms:created xsi:type="dcterms:W3CDTF">2025-11-16T14:05:00Z</dcterms:created>
  <dcterms:modified xsi:type="dcterms:W3CDTF">2025-11-16T14:05:00Z</dcterms:modified>
  <cp:category/>
</cp:coreProperties>
</file>